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A276" w14:textId="77777777" w:rsidR="00CA0BB4" w:rsidRDefault="00000000">
      <w:r>
        <w:rPr>
          <w:b/>
          <w:color w:val="1F3864"/>
          <w:sz w:val="44"/>
        </w:rPr>
        <w:t>Human Remains Transport Specialist</w:t>
      </w:r>
    </w:p>
    <w:p w14:paraId="4E386AF3" w14:textId="77777777" w:rsidR="00CA0BB4" w:rsidRDefault="00000000">
      <w:r>
        <w:rPr>
          <w:color w:val="444444"/>
          <w:sz w:val="24"/>
        </w:rPr>
        <w:t>Ottawa, ON — Eastern Ontario Removal Services (EORS)</w:t>
      </w:r>
    </w:p>
    <w:p w14:paraId="656BBD33" w14:textId="14CA4270" w:rsidR="00CA0BB4" w:rsidRDefault="00000000">
      <w:r>
        <w:rPr>
          <w:b/>
          <w:color w:val="000000"/>
        </w:rPr>
        <w:t>Full-Time</w:t>
      </w:r>
      <w:r w:rsidR="00734739">
        <w:rPr>
          <w:b/>
          <w:color w:val="000000"/>
        </w:rPr>
        <w:t xml:space="preserve">/ Part </w:t>
      </w:r>
      <w:proofErr w:type="gramStart"/>
      <w:r w:rsidR="00734739">
        <w:rPr>
          <w:b/>
          <w:color w:val="000000"/>
        </w:rPr>
        <w:t>Time</w:t>
      </w:r>
      <w:r>
        <w:rPr>
          <w:b/>
          <w:color w:val="000000"/>
        </w:rPr>
        <w:t xml:space="preserve">  |</w:t>
      </w:r>
      <w:proofErr w:type="gramEnd"/>
      <w:r>
        <w:rPr>
          <w:b/>
          <w:color w:val="000000"/>
        </w:rPr>
        <w:t xml:space="preserve">  12-Hour On-Call </w:t>
      </w:r>
      <w:proofErr w:type="gramStart"/>
      <w:r>
        <w:rPr>
          <w:b/>
          <w:color w:val="000000"/>
        </w:rPr>
        <w:t>Shifts  |</w:t>
      </w:r>
      <w:proofErr w:type="gramEnd"/>
      <w:r>
        <w:rPr>
          <w:b/>
          <w:color w:val="000000"/>
        </w:rPr>
        <w:t xml:space="preserve">  Paid </w:t>
      </w:r>
      <w:proofErr w:type="gramStart"/>
      <w:r>
        <w:rPr>
          <w:b/>
          <w:color w:val="000000"/>
        </w:rPr>
        <w:t>Training  |</w:t>
      </w:r>
      <w:proofErr w:type="gramEnd"/>
      <w:r>
        <w:rPr>
          <w:b/>
          <w:color w:val="000000"/>
        </w:rPr>
        <w:t xml:space="preserve">  No Experience Necessary</w:t>
      </w:r>
    </w:p>
    <w:p w14:paraId="71462DF5" w14:textId="77777777" w:rsidR="00CA0BB4" w:rsidRDefault="00000000">
      <w:pPr>
        <w:spacing w:after="160"/>
      </w:pPr>
      <w:r>
        <w:t>Not every job lets you be the calm, steady presence a family needs on the worst day of their lives. As a Human Remains Transport Specialist with EORS, you will. You'll work in a two-person team responding to calls from hospitals, retirement homes, and private residences across Ottawa — treating every decedent, and every family, with the dignity they deserve.</w:t>
      </w:r>
    </w:p>
    <w:p w14:paraId="2C5E0771" w14:textId="77777777" w:rsidR="00CA0BB4" w:rsidRDefault="00000000">
      <w:pPr>
        <w:spacing w:before="280" w:after="120"/>
      </w:pPr>
      <w:r>
        <w:rPr>
          <w:b/>
          <w:color w:val="1F3864"/>
          <w:sz w:val="28"/>
        </w:rPr>
        <w:t>About EORS</w:t>
      </w:r>
    </w:p>
    <w:p w14:paraId="2E50420F" w14:textId="77777777" w:rsidR="00CA0BB4" w:rsidRDefault="00000000">
      <w:pPr>
        <w:spacing w:after="160"/>
      </w:pPr>
      <w:r>
        <w:t>Since 2003, Eastern Ontario Removal Services has been the National Capital Region's leading removal service for the funeral industry — the largest and longest-running provider in Ottawa. Our unmarked, professionally equipped fleet and trusted relationships with funeral homes, hospitals, and police services are built on one thing: staff who show up with compassion, integrity, and respect every time.</w:t>
      </w:r>
    </w:p>
    <w:p w14:paraId="58030247" w14:textId="77777777" w:rsidR="00CA0BB4" w:rsidRDefault="00000000">
      <w:pPr>
        <w:spacing w:before="280" w:after="120"/>
      </w:pPr>
      <w:r>
        <w:rPr>
          <w:b/>
          <w:color w:val="1F3864"/>
          <w:sz w:val="28"/>
        </w:rPr>
        <w:t>Why Join Our Team</w:t>
      </w:r>
    </w:p>
    <w:p w14:paraId="067B4CEA" w14:textId="77777777" w:rsidR="00CA0BB4" w:rsidRDefault="00000000">
      <w:pPr>
        <w:pStyle w:val="ListBullet"/>
        <w:spacing w:after="80"/>
      </w:pPr>
      <w:r>
        <w:t>Paid, hands-on training — no prior experience required</w:t>
      </w:r>
    </w:p>
    <w:p w14:paraId="43426ECC" w14:textId="77777777" w:rsidR="00CA0BB4" w:rsidRDefault="00000000">
      <w:pPr>
        <w:pStyle w:val="ListBullet"/>
        <w:spacing w:after="80"/>
      </w:pPr>
      <w:r>
        <w:t>Security clearance fully paid for by the company</w:t>
      </w:r>
    </w:p>
    <w:p w14:paraId="66A14E04" w14:textId="0A4925B2" w:rsidR="00CA0BB4" w:rsidRDefault="00000000">
      <w:pPr>
        <w:pStyle w:val="ListBullet"/>
        <w:spacing w:after="80"/>
      </w:pPr>
      <w:r>
        <w:t xml:space="preserve">Full-time </w:t>
      </w:r>
      <w:r w:rsidR="00734739">
        <w:t xml:space="preserve">or part-time </w:t>
      </w:r>
      <w:r>
        <w:t xml:space="preserve">schedule </w:t>
      </w:r>
    </w:p>
    <w:p w14:paraId="553ADB59" w14:textId="5545C896" w:rsidR="00CA0BB4" w:rsidRDefault="00000000">
      <w:pPr>
        <w:pStyle w:val="ListBullet"/>
        <w:spacing w:after="80"/>
      </w:pPr>
      <w:r>
        <w:t>Health benefits: dental, vision, and life insurance</w:t>
      </w:r>
      <w:r w:rsidR="00734739">
        <w:t xml:space="preserve"> (for eligible employees working 20hrs a week)</w:t>
      </w:r>
    </w:p>
    <w:p w14:paraId="4DFDD4C0" w14:textId="77777777" w:rsidR="00CA0BB4" w:rsidRDefault="00000000">
      <w:pPr>
        <w:pStyle w:val="ListBullet"/>
        <w:spacing w:after="80"/>
      </w:pPr>
      <w:r>
        <w:t>Work as part of a supportive two-person team, never alone on a call</w:t>
      </w:r>
    </w:p>
    <w:p w14:paraId="1DD7A76A" w14:textId="77777777" w:rsidR="00CA0BB4" w:rsidRDefault="00000000">
      <w:pPr>
        <w:pStyle w:val="ListBullet"/>
        <w:spacing w:after="80"/>
      </w:pPr>
      <w:r>
        <w:t>A genuinely meaningful role — you make a difficult moment easier for grieving families</w:t>
      </w:r>
    </w:p>
    <w:p w14:paraId="753E42EE" w14:textId="77777777" w:rsidR="00CA0BB4" w:rsidRDefault="00000000">
      <w:pPr>
        <w:spacing w:before="280" w:after="120"/>
      </w:pPr>
      <w:r>
        <w:rPr>
          <w:b/>
          <w:color w:val="1F3864"/>
          <w:sz w:val="28"/>
        </w:rPr>
        <w:t>A Day in the Life</w:t>
      </w:r>
    </w:p>
    <w:p w14:paraId="709A91DB" w14:textId="50E77D44" w:rsidR="00CA0BB4" w:rsidRDefault="00000000">
      <w:pPr>
        <w:spacing w:after="160"/>
      </w:pPr>
      <w:r>
        <w:t xml:space="preserve">You'll work 12-hour on-call shifts in pairs. When a call comes in, </w:t>
      </w:r>
      <w:r w:rsidR="00734739">
        <w:t>the dispatcher</w:t>
      </w:r>
      <w:r>
        <w:t xml:space="preserve"> sends you the details and your team heads to the scene — a hospital, home, or care facility. You'll carry out the removal with care and professionalism, then tr</w:t>
      </w:r>
      <w:r w:rsidR="00734739">
        <w:t>ansport the decedent to different locations for after care</w:t>
      </w:r>
      <w:r>
        <w:t>.</w:t>
      </w:r>
    </w:p>
    <w:p w14:paraId="74DA5FE3" w14:textId="77777777" w:rsidR="00CA0BB4" w:rsidRDefault="00000000">
      <w:pPr>
        <w:spacing w:before="280" w:after="120"/>
      </w:pPr>
      <w:r>
        <w:rPr>
          <w:b/>
          <w:color w:val="1F3864"/>
          <w:sz w:val="28"/>
        </w:rPr>
        <w:t>What You'll Do</w:t>
      </w:r>
    </w:p>
    <w:p w14:paraId="789D85DE" w14:textId="77777777" w:rsidR="00CA0BB4" w:rsidRDefault="00000000">
      <w:pPr>
        <w:pStyle w:val="ListBullet"/>
        <w:spacing w:after="80"/>
      </w:pPr>
      <w:r>
        <w:t>Complete removals of decedents from hospitals, private residences, and retirement/nursing homes</w:t>
      </w:r>
    </w:p>
    <w:p w14:paraId="4E257FF9" w14:textId="77777777" w:rsidR="00CA0BB4" w:rsidRDefault="00000000">
      <w:pPr>
        <w:pStyle w:val="ListBullet"/>
        <w:spacing w:after="80"/>
      </w:pPr>
      <w:r>
        <w:t>Safely operate company vehicles to transport human remains</w:t>
      </w:r>
    </w:p>
    <w:p w14:paraId="0FAB43B5" w14:textId="77777777" w:rsidR="00CA0BB4" w:rsidRDefault="00000000">
      <w:pPr>
        <w:pStyle w:val="ListBullet"/>
        <w:spacing w:after="80"/>
      </w:pPr>
      <w:r>
        <w:t>Offer calm, compassionate support to grieving families at the scene</w:t>
      </w:r>
    </w:p>
    <w:p w14:paraId="38513ED6" w14:textId="77777777" w:rsidR="00CA0BB4" w:rsidRDefault="00000000">
      <w:pPr>
        <w:pStyle w:val="ListBullet"/>
        <w:spacing w:after="80"/>
      </w:pPr>
      <w:r>
        <w:t>Complete funeral home intake paperwork accurately</w:t>
      </w:r>
    </w:p>
    <w:p w14:paraId="1FE4678B" w14:textId="77777777" w:rsidR="00CA0BB4" w:rsidRDefault="00000000">
      <w:pPr>
        <w:pStyle w:val="ListBullet"/>
        <w:spacing w:after="80"/>
      </w:pPr>
      <w:r>
        <w:t>Coordinate with funeral home staff, police, and dispatchers throughout your shift</w:t>
      </w:r>
    </w:p>
    <w:p w14:paraId="18650422" w14:textId="77777777" w:rsidR="00CA0BB4" w:rsidRDefault="00000000">
      <w:pPr>
        <w:spacing w:before="280" w:after="120"/>
      </w:pPr>
      <w:r>
        <w:rPr>
          <w:b/>
          <w:color w:val="1F3864"/>
          <w:sz w:val="28"/>
        </w:rPr>
        <w:t>What We're Looking For</w:t>
      </w:r>
    </w:p>
    <w:p w14:paraId="765C4E83" w14:textId="77777777" w:rsidR="00CA0BB4" w:rsidRDefault="00000000">
      <w:pPr>
        <w:pStyle w:val="ListBullet"/>
        <w:spacing w:after="80"/>
      </w:pPr>
      <w:r>
        <w:t>A kind, presentable, and professional demeanor</w:t>
      </w:r>
    </w:p>
    <w:p w14:paraId="4E3CE057" w14:textId="77777777" w:rsidR="00CA0BB4" w:rsidRDefault="00000000">
      <w:pPr>
        <w:pStyle w:val="ListBullet"/>
        <w:spacing w:after="80"/>
      </w:pPr>
      <w:r>
        <w:t>Strong interpersonal and communication skills</w:t>
      </w:r>
    </w:p>
    <w:p w14:paraId="107740E6" w14:textId="77777777" w:rsidR="00CA0BB4" w:rsidRDefault="00000000">
      <w:pPr>
        <w:pStyle w:val="ListBullet"/>
        <w:spacing w:after="80"/>
      </w:pPr>
      <w:r>
        <w:t>Ability to lift up to 100 lbs. and push/pull up to 250 lbs.</w:t>
      </w:r>
    </w:p>
    <w:p w14:paraId="4A01827C" w14:textId="77777777" w:rsidR="00CA0BB4" w:rsidRDefault="00000000">
      <w:pPr>
        <w:pStyle w:val="ListBullet"/>
        <w:spacing w:after="80"/>
      </w:pPr>
      <w:r>
        <w:lastRenderedPageBreak/>
        <w:t>Comfortable working outdoors in all weather, and available for nights/weekends</w:t>
      </w:r>
    </w:p>
    <w:p w14:paraId="36F79B1A" w14:textId="77777777" w:rsidR="00CA0BB4" w:rsidRDefault="00000000">
      <w:pPr>
        <w:pStyle w:val="ListBullet"/>
        <w:spacing w:after="80"/>
      </w:pPr>
      <w:r>
        <w:t>Good organizational and time-management skills</w:t>
      </w:r>
    </w:p>
    <w:p w14:paraId="5405F5EF" w14:textId="77777777" w:rsidR="00CA0BB4" w:rsidRDefault="00000000">
      <w:pPr>
        <w:pStyle w:val="ListBullet"/>
        <w:spacing w:after="80"/>
      </w:pPr>
      <w:r>
        <w:t>Valid G2 or G driver's licence</w:t>
      </w:r>
    </w:p>
    <w:p w14:paraId="03B8A23A" w14:textId="5BBD73B1" w:rsidR="00CA0BB4" w:rsidRDefault="00000000">
      <w:pPr>
        <w:pStyle w:val="ListBullet"/>
        <w:spacing w:after="80"/>
      </w:pPr>
      <w:r>
        <w:t xml:space="preserve">Clean criminal record </w:t>
      </w:r>
    </w:p>
    <w:p w14:paraId="5D343AB9" w14:textId="77777777" w:rsidR="00CA0BB4" w:rsidRDefault="00000000">
      <w:pPr>
        <w:pStyle w:val="ListBullet"/>
        <w:spacing w:after="80"/>
      </w:pPr>
      <w:r>
        <w:t>French is an asset, not required</w:t>
      </w:r>
    </w:p>
    <w:p w14:paraId="37BDB921" w14:textId="77777777" w:rsidR="00CA0BB4" w:rsidRDefault="00000000">
      <w:pPr>
        <w:spacing w:before="280" w:after="120"/>
      </w:pPr>
      <w:r>
        <w:rPr>
          <w:b/>
          <w:color w:val="1F3864"/>
          <w:sz w:val="28"/>
        </w:rPr>
        <w:t>Compensation &amp; Benefits</w:t>
      </w:r>
    </w:p>
    <w:p w14:paraId="0473EC60" w14:textId="2C3D0BA1" w:rsidR="00CA0BB4" w:rsidRDefault="00000000">
      <w:pPr>
        <w:pStyle w:val="ListBullet"/>
        <w:spacing w:after="80"/>
      </w:pPr>
      <w:r>
        <w:t>Competitive hourly wage (</w:t>
      </w:r>
      <w:r w:rsidR="00734739">
        <w:t>training $20 per hr. Wages increase after probation, and again every 6 months up till 2 years of employment</w:t>
      </w:r>
      <w:r>
        <w:t>)</w:t>
      </w:r>
    </w:p>
    <w:p w14:paraId="6E3FD9FE" w14:textId="77777777" w:rsidR="00CA0BB4" w:rsidRDefault="00000000">
      <w:pPr>
        <w:pStyle w:val="ListBullet"/>
        <w:spacing w:after="80"/>
      </w:pPr>
      <w:r>
        <w:t>Dental care, vision care, and life insurance</w:t>
      </w:r>
    </w:p>
    <w:p w14:paraId="229ACB2E" w14:textId="77777777" w:rsidR="00CA0BB4" w:rsidRDefault="00000000">
      <w:pPr>
        <w:pStyle w:val="ListBullet"/>
        <w:spacing w:after="80"/>
      </w:pPr>
      <w:r>
        <w:t>Flexible scheduling</w:t>
      </w:r>
    </w:p>
    <w:p w14:paraId="27715863" w14:textId="77777777" w:rsidR="00CA0BB4" w:rsidRDefault="00000000">
      <w:pPr>
        <w:pStyle w:val="ListBullet"/>
        <w:spacing w:after="80"/>
      </w:pPr>
      <w:r>
        <w:t>Paid security clearance and training</w:t>
      </w:r>
    </w:p>
    <w:p w14:paraId="42589C0A" w14:textId="77777777" w:rsidR="00CA0BB4" w:rsidRDefault="00000000">
      <w:pPr>
        <w:spacing w:before="280" w:after="120"/>
      </w:pPr>
      <w:r>
        <w:rPr>
          <w:b/>
          <w:color w:val="1F3864"/>
          <w:sz w:val="28"/>
        </w:rPr>
        <w:t>How to Apply</w:t>
      </w:r>
    </w:p>
    <w:p w14:paraId="78D672C7" w14:textId="747C7B17" w:rsidR="00CA0BB4" w:rsidRDefault="00000000">
      <w:pPr>
        <w:spacing w:after="160"/>
      </w:pPr>
      <w:r>
        <w:t xml:space="preserve">If you're reliable, compassionate, and ready to do work that truly matters, we'd love to hear from you. Apply today with your resume </w:t>
      </w:r>
      <w:r w:rsidR="00734739">
        <w:t xml:space="preserve">to </w:t>
      </w:r>
      <w:proofErr w:type="spellStart"/>
      <w:r w:rsidR="00734739">
        <w:t>Lacey@eors.email</w:t>
      </w:r>
      <w:proofErr w:type="spellEnd"/>
    </w:p>
    <w:sectPr w:rsidR="00CA0BB4" w:rsidSect="00034616"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2305467">
    <w:abstractNumId w:val="8"/>
  </w:num>
  <w:num w:numId="2" w16cid:durableId="1597862642">
    <w:abstractNumId w:val="6"/>
  </w:num>
  <w:num w:numId="3" w16cid:durableId="1089497921">
    <w:abstractNumId w:val="5"/>
  </w:num>
  <w:num w:numId="4" w16cid:durableId="1799180278">
    <w:abstractNumId w:val="4"/>
  </w:num>
  <w:num w:numId="5" w16cid:durableId="313031408">
    <w:abstractNumId w:val="7"/>
  </w:num>
  <w:num w:numId="6" w16cid:durableId="815680194">
    <w:abstractNumId w:val="3"/>
  </w:num>
  <w:num w:numId="7" w16cid:durableId="1451390463">
    <w:abstractNumId w:val="2"/>
  </w:num>
  <w:num w:numId="8" w16cid:durableId="1252348478">
    <w:abstractNumId w:val="1"/>
  </w:num>
  <w:num w:numId="9" w16cid:durableId="57489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34739"/>
    <w:rsid w:val="008D4A1B"/>
    <w:rsid w:val="009E3540"/>
    <w:rsid w:val="00AA1D8D"/>
    <w:rsid w:val="00B47730"/>
    <w:rsid w:val="00CA0BB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655D00"/>
  <w14:defaultImageDpi w14:val="300"/>
  <w15:docId w15:val="{9694B254-E9A2-F946-91C6-DDED8B8A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2435</Characters>
  <Application>Microsoft Office Word</Application>
  <DocSecurity>0</DocSecurity>
  <Lines>48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Eastern Ontario Removal Services</cp:lastModifiedBy>
  <cp:revision>2</cp:revision>
  <dcterms:created xsi:type="dcterms:W3CDTF">2026-09-10T18:23:00Z</dcterms:created>
  <dcterms:modified xsi:type="dcterms:W3CDTF">2026-09-10T18:23:00Z</dcterms:modified>
  <cp:category/>
</cp:coreProperties>
</file>