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F4E79"/>
          <w:sz w:val="32"/>
        </w:rPr>
        <w:t>MANUFACTURED WIRING SYSTEMS TECHNICIAN /</w:t>
        <w:br/>
        <w:t>WIRE AND HARNESS ASSEMBLER</w:t>
      </w:r>
    </w:p>
    <w:p>
      <w:pPr>
        <w:jc w:val="center"/>
      </w:pPr>
      <w:r>
        <w:rPr>
          <w:b/>
          <w:sz w:val="22"/>
        </w:rPr>
        <w:t>ELECTEC Building Wiring Systems</w:t>
      </w:r>
      <w:r>
        <w:br/>
        <w:t>90 DeCosta Street, Arnprior, ON K7S 0B5</w:t>
      </w:r>
      <w:r>
        <w:br/>
        <w:t>Tel: (613) 622-0840  |  Fax: (613) 622-0334</w:t>
      </w:r>
    </w:p>
    <w:p>
      <w:pPr>
        <w:pStyle w:val="Heading1"/>
      </w:pPr>
      <w:r>
        <w:t>JOB TYPE AND SHIFT</w:t>
      </w:r>
    </w:p>
    <w:p>
      <w:r>
        <w:rPr>
          <w:b/>
        </w:rPr>
        <w:t>Full-Time and Part-Time Positions Available</w:t>
        <w:br/>
      </w:r>
      <w:r>
        <w:rPr>
          <w:b/>
        </w:rPr>
        <w:t xml:space="preserve">Shift: </w:t>
      </w:r>
      <w:r>
        <w:t>Evening Shift</w:t>
        <w:br/>
      </w:r>
      <w:r>
        <w:rPr>
          <w:b/>
        </w:rPr>
        <w:t xml:space="preserve">Shift Premium: </w:t>
      </w:r>
      <w:r>
        <w:t>Additional evening-shift premium paid.</w:t>
      </w:r>
    </w:p>
    <w:p>
      <w:pPr>
        <w:pStyle w:val="Heading1"/>
      </w:pPr>
      <w:r>
        <w:t>POSITION OVERVIEW</w:t>
      </w:r>
    </w:p>
    <w:p>
      <w:r>
        <w:t>ELECTEC Building Wiring Systems is seeking reliable and detail-oriented individuals to join our manufacturing team as Manufactured Wiring Systems Technicians / Wire and Harness Assemblers.</w:t>
      </w:r>
    </w:p>
    <w:p>
      <w:r>
        <w:t>No previous experience is required. Training will be provided. This is an excellent opportunity for individuals looking to develop practical skills and build a career in electrical manufacturing.</w:t>
      </w:r>
    </w:p>
    <w:p>
      <w:r>
        <w:rPr>
          <w:b/>
        </w:rPr>
        <w:t xml:space="preserve">IMPORTANT: </w:t>
      </w:r>
      <w:r>
        <w:t>Initial training will take place during the day shift. Upon completion of training, employees will transition to the evening shift.</w:t>
      </w:r>
    </w:p>
    <w:p>
      <w:pPr>
        <w:pStyle w:val="Heading1"/>
      </w:pPr>
      <w:r>
        <w:t>RESPONSIBILITIES</w:t>
      </w:r>
    </w:p>
    <w:p>
      <w:pPr>
        <w:pStyle w:val="ListBullet"/>
      </w:pPr>
      <w:r>
        <w:t>Assemble manufactured wiring systems, wire harnesses, and electrical cable assemblies according to work instructions and specifications.</w:t>
      </w:r>
    </w:p>
    <w:p>
      <w:pPr>
        <w:pStyle w:val="ListBullet"/>
      </w:pPr>
      <w:r>
        <w:t>Cut, strip, crimp, and route wires using hand tools and assembly equipment.</w:t>
      </w:r>
    </w:p>
    <w:p>
      <w:pPr>
        <w:pStyle w:val="ListBullet"/>
      </w:pPr>
      <w:r>
        <w:t>Perform visual inspections to ensure products meet quality standards.</w:t>
      </w:r>
    </w:p>
    <w:p>
      <w:pPr>
        <w:pStyle w:val="ListBullet"/>
      </w:pPr>
      <w:r>
        <w:t>Follow production schedules and established manufacturing procedures.</w:t>
      </w:r>
    </w:p>
    <w:p>
      <w:pPr>
        <w:pStyle w:val="ListBullet"/>
      </w:pPr>
      <w:r>
        <w:t>Maintain a clean, organized, and safe work area.</w:t>
      </w:r>
    </w:p>
    <w:p>
      <w:pPr>
        <w:pStyle w:val="ListBullet"/>
      </w:pPr>
      <w:r>
        <w:t>Work effectively as part of a team to meet production goals.</w:t>
      </w:r>
    </w:p>
    <w:p>
      <w:pPr>
        <w:pStyle w:val="Heading1"/>
      </w:pPr>
      <w:r>
        <w:t>QUALIFICATIONS</w:t>
      </w:r>
    </w:p>
    <w:p>
      <w:pPr>
        <w:pStyle w:val="ListBullet"/>
      </w:pPr>
      <w:r>
        <w:t>No previous experience necessary; training provided.</w:t>
      </w:r>
    </w:p>
    <w:p>
      <w:pPr>
        <w:pStyle w:val="ListBullet"/>
      </w:pPr>
      <w:r>
        <w:t>Strong attention to detail and good manual dexterity.</w:t>
      </w:r>
    </w:p>
    <w:p>
      <w:pPr>
        <w:pStyle w:val="ListBullet"/>
      </w:pPr>
      <w:r>
        <w:t>Ability to follow written and verbal instructions.</w:t>
      </w:r>
    </w:p>
    <w:p>
      <w:pPr>
        <w:pStyle w:val="ListBullet"/>
      </w:pPr>
      <w:r>
        <w:t>Dependable, punctual, and willing to learn.</w:t>
      </w:r>
    </w:p>
    <w:p>
      <w:pPr>
        <w:pStyle w:val="ListBullet"/>
      </w:pPr>
      <w:r>
        <w:t>Ability to work in a manufacturing environment.</w:t>
      </w:r>
    </w:p>
    <w:p>
      <w:pPr>
        <w:pStyle w:val="ListBullet"/>
      </w:pPr>
      <w:r>
        <w:t>Previous assembly or manufacturing experience is an asset but not required.</w:t>
      </w:r>
    </w:p>
    <w:p>
      <w:pPr>
        <w:pStyle w:val="Heading1"/>
      </w:pPr>
      <w:r>
        <w:t>WHAT WE OFFER</w:t>
      </w:r>
    </w:p>
    <w:p>
      <w:pPr>
        <w:pStyle w:val="ListBullet"/>
      </w:pPr>
      <w:r>
        <w:t>On-the-job training during the day shift.</w:t>
      </w:r>
    </w:p>
    <w:p>
      <w:pPr>
        <w:pStyle w:val="ListBullet"/>
      </w:pPr>
      <w:r>
        <w:t>Competitive compensation.</w:t>
      </w:r>
    </w:p>
    <w:p>
      <w:pPr>
        <w:pStyle w:val="ListBullet"/>
      </w:pPr>
      <w:r>
        <w:t>Additional evening-shift premium.</w:t>
      </w:r>
    </w:p>
    <w:p>
      <w:pPr>
        <w:pStyle w:val="ListBullet"/>
      </w:pPr>
      <w:r>
        <w:t>Full-time and part-time employment opportunities.</w:t>
      </w:r>
    </w:p>
    <w:p>
      <w:pPr>
        <w:pStyle w:val="ListBullet"/>
      </w:pPr>
      <w:r>
        <w:t>Opportunities for skill development and advancement.</w:t>
      </w:r>
    </w:p>
    <w:p>
      <w:pPr>
        <w:pStyle w:val="ListBullet"/>
      </w:pPr>
      <w:r>
        <w:t>A supportive team environment.</w:t>
      </w:r>
    </w:p>
    <w:p>
      <w:pPr>
        <w:pStyle w:val="Heading1"/>
      </w:pPr>
      <w:r>
        <w:t>HOW TO APPLY</w:t>
      </w:r>
    </w:p>
    <w:p>
      <w:r>
        <w:rPr>
          <w:b/>
        </w:rPr>
        <w:t>Apply in person with your resume at:</w:t>
        <w:br/>
      </w:r>
      <w:r>
        <w:t>ELECTEC Building Wiring Systems</w:t>
        <w:br/>
        <w:t>90 DeCosta Street</w:t>
        <w:br/>
        <w:t>Arnprior, ON K7S 0B5</w:t>
      </w:r>
    </w:p>
    <w:p>
      <w:r>
        <w:t>We welcome applicants with a positive attitude, a strong work ethic, and a willingness to learn.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